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מצא/י את הטענה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הטענה המרכזית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שהטענה יכולה להופיע בכל מקום בטקסט, לא רק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הטענה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אסור להשתמש בטלפון בזמן ההפסקה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חשוב לתת לכל הכיתות זמן משחק בכדור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הטענה יכולה להופיע באמצע או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משפט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הטיעון בסדר ההגיוני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הצגת הנושא - תיאור המצב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הטענה - הדעה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ראשון שתומך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 לשתול עצים נוספים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- הדעה המרכזית של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מסביר למה, דוגמה ממחישה מקרה קונקרטי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הטענה יכולה להופיע בכל מקום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טקסט בקול ולבקש מהתלמידים להצביע על המשפט הטענה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שמילות קישור כמו 'לדעתי' ו'לכן' מסייעות באיתור הטענה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העבודה בזוגות, לבקש מכל תלמיד להסביר לחברו מדוע בחר במשפט מסוים כטענה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מצא/י את הטענה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טקסט טיעוני מסתתרת טענה אחת - הדעה המרכזית שהכותב רוצה לשכנע בה. סביב הטענה מופיעים נימוקים ודוגמאות שתומכים בה. בדף הזה נתרגל לאתר את הטענה ולהבדיל אותה מחלקים אחרים של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נימוק  ·  טענה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הטענה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ילדים רבים מביאים טלפון נייד לבית הספר. לדעתי, אסור להשתמש בטלפון בזמן ההפסקה. שימוש מופרז במסך פוגע בתקשורת בין חברים. למשל, ילדים יושבים זה ליד זה ולא מדברים.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רבים מביאים טלפון נייד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אסור להשתמש בטלפון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שימוש מופרז במסך פוגע בתקשורת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בהפסקה הארוכה ילדים משחקים בחצר. חשוב לתת לכל הכיתות זמן משחק בכדור. כדורגל מלמד עבודת צוות. קבוצה שמשחקת יחד לומדת לשתף פעולה.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בהפסקה הארוכה ילדים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חשוב לתת לכל הכיתות זמן משחק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כדורגל מלמד עבודת 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הטענה היא תמיד המשפט הראשון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טענה היא דעה שהכותב רוצה לשכנע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שמביע את הדעה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שמסביר למה הטענה נכונה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משפט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לדעתי יום הלימודים צריך להתחיל מאוחר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שינה מספקת עוזרת לזיכרון ולמצב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בשיעור הראשון רבים מתקשים להתרכז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אסור להשתמש בטלפון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חלקי הטיעון בסדר ההגיוני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ראשון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הנושא - תיאור המצב הקיים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הטענה - הדעה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'בחצר בית הספר אין מספיק צל. בימי קיץ חם מאוד לשבת בהפסקה. לדעתי, צריך לשתול עצים נוספים בחצר.' כתבו במשפט אחד מהי הטענה.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טענה?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במה שונה נימוק מדוגמה?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מצא/י את הטענה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