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מצא/י את הטענה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הטענה המרכזית בטקסט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טענה, נימוק ודוגמה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שהטענה יכולה להופיע בכל מקום בטקסט, לא רק בהתחלה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מצאו את הטענה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אסור להשתמש בטלפון בזמן ההפסקה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חשוב לתת לכל הכיתות זמן משחק בכדור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כדאי להפחית את כמות שיעורי הבית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בית הספר צריך להציע ארוחת בוקר בריאה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הטענה יכולה להופיע באמצע או בסוף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של 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הנימוק מסביר למה הטענה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דוגמה רק ממחישה את הנימוק, היא לא טענה בפני עצמה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מילות קישור אלה מסמנות לעיתים קרובות את הטענה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טיעון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כל משפט לתפקיד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(נימוק)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(דוגמה)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(נימוק)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(דוגמה)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חלקי הטיעון בסדר ההגיוני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הצגת הנושא - תיאור המצב הקיים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כתיבת הטענה - הדעה המרכזית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נימוק ראשון שתומך בטענה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דוגמה שממחישה את הנימוק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מסקנה או סיכום הטיעון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צריך לשתול עצים נוספים בחצר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 - הדעה המרכזית של הכותב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נימוק מסביר למה, דוגמה ממחישה מקרה קונקרטי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לא, הטענה יכולה להופיע בכל מקום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כל טקסט בקול ולבקש מהתלמידים להצביע על המשפט הטענה לפני הדיון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שמילות קישור כמו 'לדעתי' ו'לכן' מסייעות באיתור הטענה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במהלך העבודה בזוגות, לבקש מכל תלמיד להסביר לחברו מדוע בחר במשפט מסוים כטענה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מצא/י את הטענה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בטקסט יש משפט אחד שהוא הדעה המרכזית. הוא נקרא טענה. נלמד למצוא אותו, גם כשהוא לא במשפט הראשון.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טענה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שמביע את הדעה המרכזית של הכותב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נימוק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שמסביר למה הטענה נכונה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דוגמה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מקרה קטן שממחיש את הנימוק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טיעון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שלם שמורכב מטענה, נימוקים ודוגמאות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שאדם חושב על נושא מסוים, לא עובדה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עובדה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מידע שאפשר לבדוק אם הוא נכון או לא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מסקנה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שמסכם את הטיעון, לרוב בסוף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מילות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כמו לדעתי, לכן, למשל שמסמנות חלק בטיעון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מצאו את הטענה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משפט הוא הדעה המרכזית?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ילדים רבים מביאים טלפון נייד לבית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אסור להשתמש בטלפון בזמן ההפסקה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שימוש מופרז במסך פוגע בתקשורת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ילדים יושבים זה ליד זה ולא מדברים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משפט הוא הדעה המרכזית?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בהפסקה הארוכה ילדים משחקים בחצר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חשוב לתת לכל הכיתות זמן משחק בכדור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כדורגל מלמד עבודת צוות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קבוצה שמשחקת יחד לומדת לשתף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משפט הוא הדעה המרכזית? שימו לב שהוא בסוף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בכיתה שלנו יש הרבה שיעורי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תלמידים מגיעים עייפים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לפעמים אין להם זמן לחוגים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כדאי להפחית את כמות שיעורי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משפט הוא הדעה המרכזית?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רבים מדלגים על ארוחת 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 הספר צריך להציע ארוחת בוקר בריאה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ארוחה טובה משפרת ריכוז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תלמיד שאכל בוקר מתפקד טוב יותר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הטענה היא תמיד המשפט הראשון בטקסט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טענה היא דעה שהכותב רוצה לשכנע 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נימוק הוא הסבר שתומך בטענה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דוגמה היא טענה חדשה ונפרדת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כמו 'לדעתי' או 'לכן' יכולות לעזור לזהות טענה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המשפט שמביע את הדעה המרכזית של הכותב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המשפט שמסביר למה הטענה נכונה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סיפור קטן שממחיש את הנימוק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טקסט שלם שמורכב מטענה ונימוקים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כל משפט לתפקיד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לדעתי יום הלימודים צריך להתחיל מאוחר יותר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נימוק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שינה מספקת עוזרת לזיכרון ולמצב הרוח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דוגמה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בשיעור הראשון רבים מתקשים להתרכז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דוגמה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אסור להשתמש בטלפון בהפסקה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שימוש מופרז במסך פוגע בתקשורת בין חברים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ילדים יושבים זה ליד זה ולא מדברים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נימוק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חלקי הטיעון בסדר ההגיוני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מסקנה או סיכום הטיעון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הצגת הנושא - תיאור המצב הקיים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הטענה - הדעה המרכזית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נימוק ראשון שתומך בטענה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דוגמה שממחישה את הנימוק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קראו: 'בחצר בית הספר אין מספיק צל. בימי קיץ חם מאוד לשבת בהפסקה. לדעתי, צריך לשתול עצים נוספים בחצר.' כתבו במשפט אחד מהי הטענה.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טענה?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במה שונה נימוק מדוגמה?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הטענה תמיד מופיעה במשפט הראשון? הסבירו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מצא/י את הטענה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