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הטענה המרכזית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שהטענה יכולה להופיע בכל מקום בטקסט, לא רק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הטענה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אסור להשתמש בטלפון בזמן ההפסקה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חשוב לתת לכל הכיתות זמן משחק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כדאי להפחית את כמות שיעורי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הספר צריך להציע ארוחת בוקר בריאה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הטענה יכולה להופיע באמצע או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הנימוק מסביר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דוגמה רק ממחישה את הנימוק, היא לא טענה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אלה מסמנות לעיתים קרובות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בסדר ההגיוני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הנושא - תיאור המצב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- הדעה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ראשון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 שממחישה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מסקנה או סיכום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 לשתול עצים נוספים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- הדעה המרכזית של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 למה, דוגמה ממחישה מקרה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הטענה יכולה להופיע בכל מקום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טקסט בקול ולבקש מהתלמידים להצביע על המשפט הטענה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שמילות קישור כמו 'לדעתי' ו'לכן' מסייעות באיתור הטענה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העבודה בזוגות, לבקש מכל תלמיד להסביר לחברו מדוע בחר במשפט מסוים כטענה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טקסט טיעוני מסתתרת טענה אחת - הדעה המרכזית שהכותב רוצה לשכנע בה. סביב הטענה מופיעים נימוקים ודוגמאות שתומכים בה. בדף הזה נתרגל לאתר את הטענה ולהבדיל אותה מחלקים אחרים של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הטענה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ילדים רבים מביאים טלפון נייד לבית הספר. לדעתי, אסור להשתמש בטלפון בזמן ההפסקה. שימוש מופרז במסך פוגע בתקשורת בין חברים. למשל, ילדים יושבים זה ליד זה ולא מדברים.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רבים מביאים טלפון נייד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להשתמש בטלפון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מופרז במסך פוגע בתקשורת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 יושבים זה ליד זה ולא 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בהפסקה הארוכה ילדים משחקים בחצר. חשוב לתת לכל הכיתות זמן משחק בכדור. כדורגל מלמד עבודת צוות. קבוצה שמשחקת יחד לומדת לשתף פעולה.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בהפסקה הארוכה ילדים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חשוב לתת לכל הכיתות זמן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כדורגל מלמד עבודת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שמשחקת יחד לומדת 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בכיתה שלנו יש הרבה שיעורי בית. תלמידים מגיעים עייפים הביתה ולא מספיקים לנוח. לפעמים אין להם זמן לחוגים. לכן, לדעתי, כדאי להפחית את כמות שיעורי הבית.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 שלנו יש הרבה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מגיעים עייפים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לפעמים אין להם זמן לחוגים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להפחית את כמות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רבים אוכלים ארוחת בוקר מהירה או מדלגים עליה. לדעתי, בית הספר צריך להציע ארוחת בוקר בריאה. ארוחה טובה משפרת ריכוז. תלמיד שאכל בוקר מתפקד טוב יותר בשיעור.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רבים מדלגים על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 צריך להציע ארוחת בוקר 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טובה משפרת 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שאכל בוקר מתפקד טוב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היא תמיד המשפט הראשון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היא דעה שהכותב רוצה לשכנע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הסבר שתומך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היא טענה חדשה ונפרדת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'לדעתי' או 'לכן' יכולות לעזור לזהות 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שמסביר למה הטענה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סיפור קטן שממחיש את הנימוק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שלם שמורכב מטענה ונימוקים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משפט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לדעתי יום הלימודים צריך להתחיל מאוחר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שינה מספקת עוזרת לזיכרון ולמצב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בשיעור הראשון רבים מתקשים להתרכז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אסור להשתמש בטלפון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מופרז במסך פוגע בתקשורת בין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ילדים יושבים זה ליד זה ולא מדברים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הטיעון בסדר ההגיוני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שממחישה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הנושא - תיאור המצב הקיים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או סיכום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- הדעה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'בחצר בית הספר אין מספיק צל. בימי קיץ חם מאוד לשבת בהפסקה. לדעתי, צריך לשתול עצים נוספים בחצר.' כתבו במשפט אחד מהי הטענה.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טענה?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במה שונה נימוק מדוגמה?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הטענה תמיד מופיעה במשפט הראשון?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מצא/י את הטענה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